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277" w:rsidRDefault="004B7A47" w:rsidP="004B7A47">
      <w:pPr>
        <w:pStyle w:val="1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64pt">
            <v:imagedata r:id="rId6" o:title="ChatGPT Image 8 лип. 2026 р., 09_09_11"/>
          </v:shape>
        </w:pict>
      </w:r>
    </w:p>
    <w:p w:rsidR="006D260F" w:rsidRDefault="006D260F" w:rsidP="004B7A47"/>
    <w:p w:rsidR="004B7A47" w:rsidRPr="00812275" w:rsidRDefault="004B7A47" w:rsidP="006D260F">
      <w:pPr>
        <w:jc w:val="center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 xml:space="preserve">Жмеринське РУ ЦЗ та ПД ГУ ДСНС України у Вінницькій області </w:t>
      </w:r>
      <w:r w:rsidR="006D260F" w:rsidRPr="00812275">
        <w:rPr>
          <w:rFonts w:ascii="Times New Roman" w:hAnsi="Times New Roman" w:cs="Times New Roman"/>
          <w:lang w:val="uk-UA"/>
        </w:rPr>
        <w:t>повідомляє.</w:t>
      </w:r>
    </w:p>
    <w:p w:rsidR="00DA2B11" w:rsidRPr="00812275" w:rsidRDefault="00812275">
      <w:pPr>
        <w:pStyle w:val="1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Вода не пробачає помилок: бережіть себе та своїх дітей</w:t>
      </w:r>
    </w:p>
    <w:p w:rsidR="00DA2B11" w:rsidRPr="00812275" w:rsidRDefault="00812275">
      <w:pPr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 xml:space="preserve">З початком купального сезону в Україні значно зросла кількість нещасних випадків на водних об'єктах. Станом на 02 липня 2026 року на водоймах України загинуло 348 осіб, серед яких 51 дитина. Лише за </w:t>
      </w:r>
      <w:r w:rsidRPr="00812275">
        <w:rPr>
          <w:rFonts w:ascii="Times New Roman" w:hAnsi="Times New Roman" w:cs="Times New Roman"/>
          <w:lang w:val="uk-UA"/>
        </w:rPr>
        <w:t>місяць кількість трагічних випадків різко збільшилася, що свідчить про необхідність неухильного дотримання правил безпеки.</w:t>
      </w:r>
    </w:p>
    <w:p w:rsidR="00DA2B11" w:rsidRPr="00812275" w:rsidRDefault="00812275">
      <w:pPr>
        <w:pStyle w:val="21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Основні причини трагедій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купання у необладнаних та заборонених місцях;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нехтування правила</w:t>
      </w:r>
      <w:bookmarkStart w:id="0" w:name="_GoBack"/>
      <w:bookmarkEnd w:id="0"/>
      <w:r w:rsidRPr="00812275">
        <w:rPr>
          <w:rFonts w:ascii="Times New Roman" w:hAnsi="Times New Roman" w:cs="Times New Roman"/>
          <w:lang w:val="uk-UA"/>
        </w:rPr>
        <w:t>ми безпечної поведінки на воді;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 xml:space="preserve">перебування </w:t>
      </w:r>
      <w:r w:rsidRPr="00812275">
        <w:rPr>
          <w:rFonts w:ascii="Times New Roman" w:hAnsi="Times New Roman" w:cs="Times New Roman"/>
          <w:lang w:val="uk-UA"/>
        </w:rPr>
        <w:t>дітей біля водойм без нагляду дорослих;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переоцінка власних можливостей;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ігнорування елементарних заходів безпеки.</w:t>
      </w:r>
    </w:p>
    <w:p w:rsidR="00DA2B11" w:rsidRPr="00812275" w:rsidRDefault="00812275">
      <w:pPr>
        <w:pStyle w:val="21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lastRenderedPageBreak/>
        <w:t>Пам’ятайте: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купайтеся лише у спеціально обладнаних місцях;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не заходьте у воду у стані алкогольного сп’яніння;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не залишайте дітей без нагляду;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не пірнайте у незнайомих місцях;</w:t>
      </w:r>
    </w:p>
    <w:p w:rsidR="00DA2B11" w:rsidRPr="00812275" w:rsidRDefault="00812275">
      <w:pPr>
        <w:pStyle w:val="a0"/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у разі небезпеки телефонуйте 101 або 112.</w:t>
      </w:r>
    </w:p>
    <w:p w:rsidR="00DA2B11" w:rsidRPr="00812275" w:rsidRDefault="00812275">
      <w:pPr>
        <w:rPr>
          <w:rFonts w:ascii="Times New Roman" w:hAnsi="Times New Roman" w:cs="Times New Roman"/>
          <w:lang w:val="uk-UA"/>
        </w:rPr>
      </w:pPr>
      <w:r w:rsidRPr="00812275">
        <w:rPr>
          <w:rFonts w:ascii="Times New Roman" w:hAnsi="Times New Roman" w:cs="Times New Roman"/>
          <w:lang w:val="uk-UA"/>
        </w:rPr>
        <w:t>Жмеринське районне управління цивільного захисту та превентивної діяльності ГУ ДСНС України у Вінницькій області закликає жителів громад бути відповідальними. Дотримання простих пра</w:t>
      </w:r>
      <w:r w:rsidRPr="00812275">
        <w:rPr>
          <w:rFonts w:ascii="Times New Roman" w:hAnsi="Times New Roman" w:cs="Times New Roman"/>
          <w:lang w:val="uk-UA"/>
        </w:rPr>
        <w:t>вил може врятувати життя.</w:t>
      </w:r>
    </w:p>
    <w:sectPr w:rsidR="00DA2B11" w:rsidRPr="0081227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B7A47"/>
    <w:rsid w:val="006D260F"/>
    <w:rsid w:val="00812275"/>
    <w:rsid w:val="00963277"/>
    <w:rsid w:val="00AA1D8D"/>
    <w:rsid w:val="00B47730"/>
    <w:rsid w:val="00CB0664"/>
    <w:rsid w:val="00DA2B1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F55862"/>
  <w14:defaultImageDpi w14:val="300"/>
  <w15:docId w15:val="{87BAAB43-F3A3-46C6-AB72-D94B1759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  <w:rPr>
      <w:sz w:val="28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178423-A3C5-40B3-A966-2281E0542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777</cp:lastModifiedBy>
  <cp:revision>2</cp:revision>
  <dcterms:created xsi:type="dcterms:W3CDTF">2013-12-23T23:15:00Z</dcterms:created>
  <dcterms:modified xsi:type="dcterms:W3CDTF">2026-07-08T06:11:00Z</dcterms:modified>
  <cp:category/>
</cp:coreProperties>
</file>